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736C66"/>
        </w:rPr>
        <w:t>[Name der Organisation]</w:t>
      </w:r>
    </w:p>
    <w:p>
      <w:pPr>
        <w:pStyle w:val="Heading1"/>
      </w:pPr>
      <w:r>
        <w:t>Protokoll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551"/>
          </w:tcPr>
          <w:p>
            <w:r>
              <w:rPr>
                <w:b/>
              </w:rPr>
              <w:t>Sitzung</w:t>
            </w:r>
          </w:p>
        </w:tc>
        <w:tc>
          <w:tcPr>
            <w:tcW w:type="dxa" w:w="6860"/>
          </w:tcPr>
          <w:p>
            <w:r>
              <w:t>[z. B. Projektsitzung, Teamsitzung]</w:t>
            </w:r>
          </w:p>
        </w:tc>
      </w:tr>
      <w:tr>
        <w:tc>
          <w:tcPr>
            <w:tcW w:type="dxa" w:w="2551"/>
          </w:tcPr>
          <w:p>
            <w:r>
              <w:rPr>
                <w:b/>
              </w:rPr>
              <w:t>Datum</w:t>
            </w:r>
          </w:p>
        </w:tc>
        <w:tc>
          <w:tcPr>
            <w:tcW w:type="dxa" w:w="6860"/>
          </w:tcPr>
          <w:p>
            <w:r>
              <w:t>[TT.MM.JJJJ]</w:t>
            </w:r>
          </w:p>
        </w:tc>
      </w:tr>
      <w:tr>
        <w:tc>
          <w:tcPr>
            <w:tcW w:type="dxa" w:w="2551"/>
          </w:tcPr>
          <w:p>
            <w:r>
              <w:rPr>
                <w:b/>
              </w:rPr>
              <w:t>Zeit</w:t>
            </w:r>
          </w:p>
        </w:tc>
        <w:tc>
          <w:tcPr>
            <w:tcW w:type="dxa" w:w="6860"/>
          </w:tcPr>
          <w:p>
            <w:r>
              <w:t>[Beginn] bis [Ende]</w:t>
            </w:r>
          </w:p>
        </w:tc>
      </w:tr>
      <w:tr>
        <w:tc>
          <w:tcPr>
            <w:tcW w:type="dxa" w:w="2551"/>
          </w:tcPr>
          <w:p>
            <w:r>
              <w:rPr>
                <w:b/>
              </w:rPr>
              <w:t>Ort</w:t>
            </w:r>
          </w:p>
        </w:tc>
        <w:tc>
          <w:tcPr>
            <w:tcW w:type="dxa" w:w="6860"/>
          </w:tcPr>
          <w:p>
            <w:r>
              <w:t>[Raum oder Online-Meeting]</w:t>
            </w:r>
          </w:p>
        </w:tc>
      </w:tr>
      <w:tr>
        <w:tc>
          <w:tcPr>
            <w:tcW w:type="dxa" w:w="2551"/>
          </w:tcPr>
          <w:p>
            <w:r>
              <w:rPr>
                <w:b/>
              </w:rPr>
              <w:t>Leitung</w:t>
            </w:r>
          </w:p>
        </w:tc>
        <w:tc>
          <w:tcPr>
            <w:tcW w:type="dxa" w:w="6860"/>
          </w:tcPr>
          <w:p>
            <w:r>
              <w:t>[Name]</w:t>
            </w:r>
          </w:p>
        </w:tc>
      </w:tr>
      <w:tr>
        <w:tc>
          <w:tcPr>
            <w:tcW w:type="dxa" w:w="2551"/>
          </w:tcPr>
          <w:p>
            <w:r>
              <w:rPr>
                <w:b/>
              </w:rPr>
              <w:t>Protokoll</w:t>
            </w:r>
          </w:p>
        </w:tc>
        <w:tc>
          <w:tcPr>
            <w:tcW w:type="dxa" w:w="6860"/>
          </w:tcPr>
          <w:p>
            <w:r>
              <w:t>[Name]</w:t>
            </w:r>
          </w:p>
        </w:tc>
      </w:tr>
      <w:tr>
        <w:tc>
          <w:tcPr>
            <w:tcW w:type="dxa" w:w="2551"/>
          </w:tcPr>
          <w:p>
            <w:r>
              <w:rPr>
                <w:b/>
              </w:rPr>
              <w:t>Anwesend</w:t>
            </w:r>
          </w:p>
        </w:tc>
        <w:tc>
          <w:tcPr>
            <w:tcW w:type="dxa" w:w="6860"/>
          </w:tcPr>
          <w:p>
            <w:r>
              <w:t>[Namen]</w:t>
            </w:r>
          </w:p>
        </w:tc>
      </w:tr>
      <w:tr>
        <w:tc>
          <w:tcPr>
            <w:tcW w:type="dxa" w:w="2551"/>
          </w:tcPr>
          <w:p>
            <w:r>
              <w:rPr>
                <w:b/>
              </w:rPr>
              <w:t>Entschuldigt</w:t>
            </w:r>
          </w:p>
        </w:tc>
        <w:tc>
          <w:tcPr>
            <w:tcW w:type="dxa" w:w="6860"/>
          </w:tcPr>
          <w:p>
            <w:r>
              <w:t>[Namen]</w:t>
            </w:r>
          </w:p>
        </w:tc>
      </w:tr>
      <w:tr>
        <w:tc>
          <w:tcPr>
            <w:tcW w:type="dxa" w:w="2551"/>
          </w:tcPr>
          <w:p>
            <w:r>
              <w:rPr>
                <w:b/>
              </w:rPr>
              <w:t>Verteiler</w:t>
            </w:r>
          </w:p>
        </w:tc>
        <w:tc>
          <w:tcPr>
            <w:tcW w:type="dxa" w:w="6860"/>
          </w:tcPr>
          <w:p>
            <w:r>
              <w:t>[Anwesende, weitere Empfänger]</w:t>
            </w:r>
          </w:p>
        </w:tc>
      </w:tr>
    </w:tbl>
    <w:p/>
    <w:p>
      <w:pPr>
        <w:pStyle w:val="Heading2"/>
      </w:pPr>
      <w:r>
        <w:t>Traktanden</w:t>
      </w:r>
    </w:p>
    <w:p>
      <w:r>
        <w:t>1. [Traktandum]</w:t>
      </w:r>
    </w:p>
    <w:p>
      <w:r>
        <w:t>2. [Traktandum]</w:t>
      </w:r>
    </w:p>
    <w:p>
      <w:r>
        <w:t>3. [Traktandum]</w:t>
      </w:r>
    </w:p>
    <w:p>
      <w:r>
        <w:t>4. Varia</w:t>
      </w:r>
    </w:p>
    <w:p>
      <w:pPr>
        <w:pStyle w:val="Heading2"/>
      </w:pPr>
      <w:r>
        <w:t>1. [Traktandum]</w:t>
      </w:r>
    </w:p>
    <w:p>
      <w:r>
        <w:rPr>
          <w:b/>
        </w:rPr>
        <w:t xml:space="preserve">Information: </w:t>
      </w:r>
      <w:r>
        <w:t>…</w:t>
      </w:r>
    </w:p>
    <w:p>
      <w:r>
        <w:rPr>
          <w:b/>
        </w:rPr>
        <w:t xml:space="preserve">Diskussion: </w:t>
      </w:r>
      <w:r>
        <w:t>…</w:t>
      </w:r>
    </w:p>
    <w:p>
      <w:r>
        <w:rPr>
          <w:b/>
        </w:rPr>
        <w:t xml:space="preserve">Entscheid: </w:t>
      </w:r>
      <w:r>
        <w:t>…</w:t>
      </w:r>
    </w:p>
    <w:p>
      <w:pPr>
        <w:pStyle w:val="Heading2"/>
      </w:pPr>
      <w:r>
        <w:t>2. [Traktandum]</w:t>
      </w:r>
    </w:p>
    <w:p>
      <w:r>
        <w:rPr>
          <w:b/>
        </w:rPr>
        <w:t xml:space="preserve">Information: </w:t>
      </w:r>
      <w:r>
        <w:t>…</w:t>
      </w:r>
    </w:p>
    <w:p>
      <w:r>
        <w:rPr>
          <w:b/>
        </w:rPr>
        <w:t xml:space="preserve">Diskussion: </w:t>
      </w:r>
      <w:r>
        <w:t>…</w:t>
      </w:r>
    </w:p>
    <w:p>
      <w:r>
        <w:rPr>
          <w:b/>
        </w:rPr>
        <w:t xml:space="preserve">Entscheid: </w:t>
      </w:r>
      <w:r>
        <w:t>…</w:t>
      </w:r>
    </w:p>
    <w:p>
      <w:pPr>
        <w:pStyle w:val="Heading2"/>
      </w:pPr>
      <w:r>
        <w:t>3. [Traktandum]</w:t>
      </w:r>
    </w:p>
    <w:p>
      <w:r>
        <w:rPr>
          <w:b/>
        </w:rPr>
        <w:t xml:space="preserve">Information: </w:t>
      </w:r>
      <w:r>
        <w:t>…</w:t>
      </w:r>
    </w:p>
    <w:p>
      <w:r>
        <w:rPr>
          <w:b/>
        </w:rPr>
        <w:t xml:space="preserve">Diskussion: </w:t>
      </w:r>
      <w:r>
        <w:t>…</w:t>
      </w:r>
    </w:p>
    <w:p>
      <w:r>
        <w:rPr>
          <w:b/>
        </w:rPr>
        <w:t xml:space="preserve">Entscheid: </w:t>
      </w:r>
      <w:r>
        <w:t>…</w:t>
      </w:r>
    </w:p>
    <w:p>
      <w:pPr>
        <w:pStyle w:val="Heading2"/>
      </w:pPr>
      <w:r>
        <w:t>4. Varia</w:t>
      </w:r>
    </w:p>
    <w:p>
      <w:r>
        <w:rPr>
          <w:b/>
        </w:rPr>
        <w:t xml:space="preserve">Information: </w:t>
      </w:r>
      <w:r>
        <w:t>…</w:t>
      </w:r>
    </w:p>
    <w:p>
      <w:pPr>
        <w:pStyle w:val="Heading2"/>
      </w:pPr>
      <w:r>
        <w:t>Pendenzen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r>
              <w:rPr>
                <w:b/>
              </w:rPr>
              <w:t>Was</w:t>
            </w:r>
          </w:p>
        </w:tc>
        <w:tc>
          <w:tcPr>
            <w:tcW w:type="dxa" w:w="3137"/>
          </w:tcPr>
          <w:p>
            <w:r>
              <w:rPr>
                <w:b/>
              </w:rPr>
              <w:t>Wer</w:t>
            </w:r>
          </w:p>
        </w:tc>
        <w:tc>
          <w:tcPr>
            <w:tcW w:type="dxa" w:w="3137"/>
          </w:tcPr>
          <w:p>
            <w:r>
              <w:rPr>
                <w:b/>
              </w:rPr>
              <w:t>Bis wann</w:t>
            </w:r>
          </w:p>
        </w:tc>
      </w:tr>
      <w:tr>
        <w:tc>
          <w:tcPr>
            <w:tcW w:type="dxa" w:w="3137"/>
          </w:tcPr>
          <w:p/>
        </w:tc>
        <w:tc>
          <w:tcPr>
            <w:tcW w:type="dxa" w:w="3137"/>
          </w:tcPr>
          <w:p/>
        </w:tc>
        <w:tc>
          <w:tcPr>
            <w:tcW w:type="dxa" w:w="3137"/>
          </w:tcPr>
          <w:p/>
        </w:tc>
      </w:tr>
      <w:tr>
        <w:tc>
          <w:tcPr>
            <w:tcW w:type="dxa" w:w="3137"/>
          </w:tcPr>
          <w:p/>
        </w:tc>
        <w:tc>
          <w:tcPr>
            <w:tcW w:type="dxa" w:w="3137"/>
          </w:tcPr>
          <w:p/>
        </w:tc>
        <w:tc>
          <w:tcPr>
            <w:tcW w:type="dxa" w:w="3137"/>
          </w:tcPr>
          <w:p/>
        </w:tc>
      </w:tr>
      <w:tr>
        <w:tc>
          <w:tcPr>
            <w:tcW w:type="dxa" w:w="3137"/>
          </w:tcPr>
          <w:p/>
        </w:tc>
        <w:tc>
          <w:tcPr>
            <w:tcW w:type="dxa" w:w="3137"/>
          </w:tcPr>
          <w:p/>
        </w:tc>
        <w:tc>
          <w:tcPr>
            <w:tcW w:type="dxa" w:w="3137"/>
          </w:tcPr>
          <w:p/>
        </w:tc>
      </w:tr>
      <w:tr>
        <w:tc>
          <w:tcPr>
            <w:tcW w:type="dxa" w:w="3137"/>
          </w:tcPr>
          <w:p/>
        </w:tc>
        <w:tc>
          <w:tcPr>
            <w:tcW w:type="dxa" w:w="3137"/>
          </w:tcPr>
          <w:p/>
        </w:tc>
        <w:tc>
          <w:tcPr>
            <w:tcW w:type="dxa" w:w="3137"/>
          </w:tcPr>
          <w:p/>
        </w:tc>
      </w:tr>
    </w:tbl>
    <w:p/>
    <w:p>
      <w:pPr>
        <w:pStyle w:val="Heading2"/>
      </w:pPr>
      <w:r>
        <w:t>Nächste Sitzung</w:t>
      </w:r>
    </w:p>
    <w:p>
      <w:r>
        <w:t>[Datum, Zeit, Ort]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>
              <w:br/>
              <w:br/>
              <w:t>______________________________</w:t>
            </w:r>
          </w:p>
        </w:tc>
        <w:tc>
          <w:tcPr>
            <w:tcW w:type="dxa" w:w="4706"/>
          </w:tcPr>
          <w:p>
            <w:r>
              <w:br/>
              <w:br/>
              <w:t>______________________________</w:t>
            </w:r>
          </w:p>
        </w:tc>
      </w:tr>
      <w:tr>
        <w:tc>
          <w:tcPr>
            <w:tcW w:type="dxa" w:w="4706"/>
          </w:tcPr>
          <w:p>
            <w:r>
              <w:t>Leitung</w:t>
            </w:r>
          </w:p>
        </w:tc>
        <w:tc>
          <w:tcPr>
            <w:tcW w:type="dxa" w:w="4706"/>
          </w:tcPr>
          <w:p>
            <w:r>
              <w:t>Protokoll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36C66"/>
        <w:sz w:val="16"/>
      </w:rPr>
      <w:t>Vorlage von protocolito.com. Protocolito füllt diese Vorlage aus der Aufnahme Ihrer Sitzung aus.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 w:val="0"/>
      <w:bCs/>
      <w:color w:val="1C191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D314D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